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8: Checkpoint Review - The Immigration Story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Put in order: postwar arrivals, Black Loyalists, points system, railway workers.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one thing that changed about immigration and one that stayed the same.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Which change was most significant? Why?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immigration changed over time.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